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Sponsorship package template</w:t>
      </w:r>
    </w:p>
    <w:p>
      <w:pPr>
        <w:pStyle w:val="Heading2"/>
      </w:pPr>
      <w:r>
        <w:t>Part A: the package menu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Tier</w:t>
            </w:r>
          </w:p>
        </w:tc>
        <w:tc>
          <w:tcPr>
            <w:tcW w:type="dxa" w:w="1440"/>
          </w:tcPr>
          <w:p>
            <w:r>
              <w:rPr>
                <w:b/>
              </w:rPr>
              <w:t>Price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Signature moment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What the brand gets to do</w:t>
            </w:r>
          </w:p>
        </w:tc>
        <w:tc>
          <w:tcPr>
            <w:tcW w:type="dxa" w:w="1440"/>
          </w:tcPr>
          <w:p>
            <w:r>
              <w:rPr>
                <w:b/>
              </w:rPr>
              <w:t>Visibility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After the event</w:t>
            </w:r>
          </w:p>
        </w:tc>
      </w:tr>
      <w:tr>
        <w:tc>
          <w:tcPr>
            <w:tcW w:type="dxa" w:w="1440"/>
          </w:tcPr>
          <w:p>
            <w:r>
              <w:t>[Top tier name, custom]</w:t>
            </w:r>
          </w:p>
        </w:tc>
        <w:tc>
          <w:tcPr>
            <w:tcW w:type="dxa" w:w="1440"/>
          </w:tcPr>
          <w:p>
            <w:r>
              <w:t>[Starting at (price), built with the sponsor]</w:t>
            </w:r>
          </w:p>
        </w:tc>
        <w:tc>
          <w:tcPr>
            <w:tcW w:type="dxa" w:w="1440"/>
          </w:tcPr>
          <w:p>
            <w:r>
              <w:t>[The biggest moment at your event, shaped with the sponsor]</w:t>
            </w:r>
          </w:p>
        </w:tc>
        <w:tc>
          <w:tcPr>
            <w:tcW w:type="dxa" w:w="1440"/>
          </w:tcPr>
          <w:p>
            <w:r>
              <w:t>[Airtime: stage time, a session or the welcome]; [Activation]</w:t>
            </w:r>
          </w:p>
        </w:tc>
        <w:tc>
          <w:tcPr>
            <w:tcW w:type="dxa" w:w="1440"/>
          </w:tcPr>
          <w:p>
            <w:r>
              <w:t>[Where the name appears: signage, program, website, emails]</w:t>
            </w:r>
          </w:p>
        </w:tc>
        <w:tc>
          <w:tcPr>
            <w:tcW w:type="dxa" w:w="1440"/>
          </w:tcPr>
          <w:p>
            <w:r>
              <w:t>[Report contents and delivery date]; [Renewal conversation date]</w:t>
            </w:r>
          </w:p>
        </w:tc>
      </w:tr>
      <w:tr>
        <w:tc>
          <w:tcPr>
            <w:tcW w:type="dxa" w:w="1440"/>
          </w:tcPr>
          <w:p>
            <w:r>
              <w:t>[Tier 2]</w:t>
            </w:r>
          </w:p>
        </w:tc>
        <w:tc>
          <w:tcPr>
            <w:tcW w:type="dxa" w:w="1440"/>
          </w:tcPr>
          <w:p>
            <w:r>
              <w:t>[Price]</w:t>
            </w:r>
          </w:p>
        </w:tc>
        <w:tc>
          <w:tcPr>
            <w:tcW w:type="dxa" w:w="1440"/>
          </w:tcPr>
          <w:p>
            <w:r>
              <w:t>[A different moment from the top tier, not a smaller copy of it]</w:t>
            </w:r>
          </w:p>
        </w:tc>
        <w:tc>
          <w:tcPr>
            <w:tcW w:type="dxa" w:w="1440"/>
          </w:tcPr>
          <w:p>
            <w:r>
              <w:t>[The airtime or activation this tier owns]</w:t>
            </w:r>
          </w:p>
        </w:tc>
        <w:tc>
          <w:tcPr>
            <w:tcW w:type="dxa" w:w="1440"/>
          </w:tcPr>
          <w:p>
            <w:r>
              <w:t>[Where the name appears]</w:t>
            </w:r>
          </w:p>
        </w:tc>
        <w:tc>
          <w:tcPr>
            <w:tcW w:type="dxa" w:w="1440"/>
          </w:tcPr>
          <w:p>
            <w:r>
              <w:t>[Report and delivery date]; [Renewal date]</w:t>
            </w:r>
          </w:p>
        </w:tc>
      </w:tr>
      <w:tr>
        <w:tc>
          <w:tcPr>
            <w:tcW w:type="dxa" w:w="1440"/>
          </w:tcPr>
          <w:p>
            <w:r>
              <w:t>[Tier 3]</w:t>
            </w:r>
          </w:p>
        </w:tc>
        <w:tc>
          <w:tcPr>
            <w:tcW w:type="dxa" w:w="1440"/>
          </w:tcPr>
          <w:p>
            <w:r>
              <w:t>[Price]</w:t>
            </w:r>
          </w:p>
        </w:tc>
        <w:tc>
          <w:tcPr>
            <w:tcW w:type="dxa" w:w="1440"/>
          </w:tcPr>
          <w:p>
            <w:r>
              <w:t>[A moment neither tier above offers]</w:t>
            </w:r>
          </w:p>
        </w:tc>
        <w:tc>
          <w:tcPr>
            <w:tcW w:type="dxa" w:w="1440"/>
          </w:tcPr>
          <w:p>
            <w:r>
              <w:t>[What the brand does at that moment]</w:t>
            </w:r>
          </w:p>
        </w:tc>
        <w:tc>
          <w:tcPr>
            <w:tcW w:type="dxa" w:w="1440"/>
          </w:tcPr>
          <w:p>
            <w:r>
              <w:t>[Where the name appears]</w:t>
            </w:r>
          </w:p>
        </w:tc>
        <w:tc>
          <w:tcPr>
            <w:tcW w:type="dxa" w:w="1440"/>
          </w:tcPr>
          <w:p>
            <w:r>
              <w:t>[Report and delivery date]; [Renewal date]</w:t>
            </w:r>
          </w:p>
        </w:tc>
      </w:tr>
      <w:tr>
        <w:tc>
          <w:tcPr>
            <w:tcW w:type="dxa" w:w="1440"/>
          </w:tcPr>
          <w:p>
            <w:r>
              <w:t>[Tier 4]</w:t>
            </w:r>
          </w:p>
        </w:tc>
        <w:tc>
          <w:tcPr>
            <w:tcW w:type="dxa" w:w="1440"/>
          </w:tcPr>
          <w:p>
            <w:r>
              <w:t>[Price]</w:t>
            </w:r>
          </w:p>
        </w:tc>
        <w:tc>
          <w:tcPr>
            <w:tcW w:type="dxa" w:w="1440"/>
          </w:tcPr>
          <w:p>
            <w:r>
              <w:t>[One moment a sponsor can point to afterward]</w:t>
            </w:r>
          </w:p>
        </w:tc>
        <w:tc>
          <w:tcPr>
            <w:tcW w:type="dxa" w:w="1440"/>
          </w:tcPr>
          <w:p>
            <w:r>
              <w:t>[What the brand does at that moment]</w:t>
            </w:r>
          </w:p>
        </w:tc>
        <w:tc>
          <w:tcPr>
            <w:tcW w:type="dxa" w:w="1440"/>
          </w:tcPr>
          <w:p>
            <w:r>
              <w:t>[Where the name appears]</w:t>
            </w:r>
          </w:p>
        </w:tc>
        <w:tc>
          <w:tcPr>
            <w:tcW w:type="dxa" w:w="1440"/>
          </w:tcPr>
          <w:p>
            <w:r>
              <w:t>[Report and delivery date]; [Renewal date]</w:t>
            </w:r>
          </w:p>
        </w:tc>
      </w:tr>
      <w:tr>
        <w:tc>
          <w:tcPr>
            <w:tcW w:type="dxa" w:w="1440"/>
          </w:tcPr>
          <w:p>
            <w:r>
              <w:t>[Entry tier]</w:t>
            </w:r>
          </w:p>
        </w:tc>
        <w:tc>
          <w:tcPr>
            <w:tcW w:type="dxa" w:w="1440"/>
          </w:tcPr>
          <w:p>
            <w:r>
              <w:t>[Price]</w:t>
            </w:r>
          </w:p>
        </w:tc>
        <w:tc>
          <w:tcPr>
            <w:tcW w:type="dxa" w:w="1440"/>
          </w:tcPr>
          <w:p>
            <w:r>
              <w:t>[One small moment a sponsor can picture whole]</w:t>
            </w:r>
          </w:p>
        </w:tc>
        <w:tc>
          <w:tcPr>
            <w:tcW w:type="dxa" w:w="1440"/>
          </w:tcPr>
          <w:p>
            <w:r>
              <w:t>[One thing the brand does, however small]</w:t>
            </w:r>
          </w:p>
        </w:tc>
        <w:tc>
          <w:tcPr>
            <w:tcW w:type="dxa" w:w="1440"/>
          </w:tcPr>
          <w:p>
            <w:r>
              <w:t>[Where the name appears]</w:t>
            </w:r>
          </w:p>
        </w:tc>
        <w:tc>
          <w:tcPr>
            <w:tcW w:type="dxa" w:w="1440"/>
          </w:tcPr>
          <w:p>
            <w:r>
              <w:t>[Proof the benefit happened]; [Renewal conversation date]</w:t>
            </w:r>
          </w:p>
        </w:tc>
      </w:tr>
    </w:tbl>
    <w:p/>
    <w:p>
      <w:pPr>
        <w:pStyle w:val="Heading2"/>
      </w:pPr>
      <w:r>
        <w:t>Part B: the inventory list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Item</w:t>
            </w:r>
          </w:p>
        </w:tc>
        <w:tc>
          <w:tcPr>
            <w:tcW w:type="dxa" w:w="2880"/>
          </w:tcPr>
          <w:p>
            <w:r>
              <w:rPr>
                <w:b/>
              </w:rPr>
              <w:t>Where it lives (stage, booth, program, digital, hospitality)</w:t>
            </w:r>
          </w:p>
        </w:tc>
        <w:tc>
          <w:tcPr>
            <w:tcW w:type="dxa" w:w="2880"/>
          </w:tcPr>
          <w:p>
            <w:r>
              <w:rPr>
                <w:b/>
              </w:rPr>
              <w:t>Tier(s)</w:t>
            </w:r>
          </w:p>
        </w:tc>
      </w:tr>
      <w:tr>
        <w:tc>
          <w:tcPr>
            <w:tcW w:type="dxa" w:w="2880"/>
          </w:tcPr>
          <w:p>
            <w:r>
              <w:t>[A welcome, a short spot between sessions, an award or a hosted session]</w:t>
            </w:r>
          </w:p>
        </w:tc>
        <w:tc>
          <w:tcPr>
            <w:tcW w:type="dxa" w:w="2880"/>
          </w:tcPr>
          <w:p>
            <w:r>
              <w:t>[Stage]</w:t>
            </w:r>
          </w:p>
        </w:tc>
        <w:tc>
          <w:tcPr>
            <w:tcW w:type="dxa" w:w="2880"/>
          </w:tcPr>
          <w:p>
            <w:r>
              <w:t>[Tier(s)]</w:t>
            </w:r>
          </w:p>
        </w:tc>
      </w:tr>
      <w:tr>
        <w:tc>
          <w:tcPr>
            <w:tcW w:type="dxa" w:w="2880"/>
          </w:tcPr>
          <w:p>
            <w:r>
              <w:t>[Exhibit space: a booth, a table or a tent]</w:t>
            </w:r>
          </w:p>
        </w:tc>
        <w:tc>
          <w:tcPr>
            <w:tcW w:type="dxa" w:w="2880"/>
          </w:tcPr>
          <w:p>
            <w:r>
              <w:t>[Booth]</w:t>
            </w:r>
          </w:p>
        </w:tc>
        <w:tc>
          <w:tcPr>
            <w:tcW w:type="dxa" w:w="2880"/>
          </w:tcPr>
          <w:p>
            <w:r>
              <w:t>[Tier(s)]</w:t>
            </w:r>
          </w:p>
        </w:tc>
      </w:tr>
      <w:tr>
        <w:tc>
          <w:tcPr>
            <w:tcW w:type="dxa" w:w="2880"/>
          </w:tcPr>
          <w:p>
            <w:r>
              <w:t>[A listing or an ad in the printed program]</w:t>
            </w:r>
          </w:p>
        </w:tc>
        <w:tc>
          <w:tcPr>
            <w:tcW w:type="dxa" w:w="2880"/>
          </w:tcPr>
          <w:p>
            <w:r>
              <w:t>[Program]</w:t>
            </w:r>
          </w:p>
        </w:tc>
        <w:tc>
          <w:tcPr>
            <w:tcW w:type="dxa" w:w="2880"/>
          </w:tcPr>
          <w:p>
            <w:r>
              <w:t>[Tier(s)]</w:t>
            </w:r>
          </w:p>
        </w:tc>
      </w:tr>
      <w:tr>
        <w:tc>
          <w:tcPr>
            <w:tcW w:type="dxa" w:w="2880"/>
          </w:tcPr>
          <w:p>
            <w:r>
              <w:t>[A mention on your website, in your emails or on social media]</w:t>
            </w:r>
          </w:p>
        </w:tc>
        <w:tc>
          <w:tcPr>
            <w:tcW w:type="dxa" w:w="2880"/>
          </w:tcPr>
          <w:p>
            <w:r>
              <w:t>[Digital]</w:t>
            </w:r>
          </w:p>
        </w:tc>
        <w:tc>
          <w:tcPr>
            <w:tcW w:type="dxa" w:w="2880"/>
          </w:tcPr>
          <w:p>
            <w:r>
              <w:t>[Tier(s)]</w:t>
            </w:r>
          </w:p>
        </w:tc>
      </w:tr>
      <w:tr>
        <w:tc>
          <w:tcPr>
            <w:tcW w:type="dxa" w:w="2880"/>
          </w:tcPr>
          <w:p>
            <w:r>
              <w:t>[A meal, a reception, tickets or seats for the sponsor's own guests]</w:t>
            </w:r>
          </w:p>
        </w:tc>
        <w:tc>
          <w:tcPr>
            <w:tcW w:type="dxa" w:w="2880"/>
          </w:tcPr>
          <w:p>
            <w:r>
              <w:t>[Hospitality]</w:t>
            </w:r>
          </w:p>
        </w:tc>
        <w:tc>
          <w:tcPr>
            <w:tcW w:type="dxa" w:w="2880"/>
          </w:tcPr>
          <w:p>
            <w:r>
              <w:t>[Tier(s)]</w:t>
            </w:r>
          </w:p>
        </w:tc>
      </w:tr>
      <w:tr>
        <w:tc>
          <w:tcPr>
            <w:tcW w:type="dxa" w:w="2880"/>
          </w:tcPr>
          <w:p>
            <w:r>
              <w:t>[Anything else a brand could use]</w:t>
            </w:r>
          </w:p>
        </w:tc>
        <w:tc>
          <w:tcPr>
            <w:tcW w:type="dxa" w:w="2880"/>
          </w:tcPr>
          <w:p>
            <w:r>
              <w:t>[Where it lives]</w:t>
            </w:r>
          </w:p>
        </w:tc>
        <w:tc>
          <w:tcPr>
            <w:tcW w:type="dxa" w:w="2880"/>
          </w:tcPr>
          <w:p>
            <w:r>
              <w:t>[Tier(s)]</w:t>
            </w:r>
          </w:p>
        </w:tc>
      </w:tr>
    </w:tbl>
    <w:p/>
    <w:p>
      <w:pPr>
        <w:pStyle w:val="Heading2"/>
      </w:pPr>
      <w:r>
        <w:t>Part C: the fit and renewal lines</w:t>
      </w:r>
    </w:p>
    <w:p>
      <w:pPr>
        <w:pStyle w:val="ListBullet"/>
      </w:pPr>
      <w:r>
        <w:rPr>
          <w:b/>
        </w:rPr>
        <w:t xml:space="preserve">Who it's for: </w:t>
      </w:r>
      <w:r>
        <w:t>[Who this package is for: the kinds of brands that want to reach your attendees]</w:t>
      </w:r>
    </w:p>
    <w:p>
      <w:pPr>
        <w:pStyle w:val="ListBullet"/>
      </w:pPr>
      <w:r>
        <w:rPr>
          <w:b/>
        </w:rPr>
        <w:t xml:space="preserve">Who attends: </w:t>
      </w:r>
      <w:r>
        <w:t>[Roles and seniority of the people in the room, and how you know]</w:t>
      </w:r>
    </w:p>
    <w:p>
      <w:pPr>
        <w:pStyle w:val="ListBullet"/>
      </w:pPr>
      <w:r>
        <w:rPr>
          <w:b/>
        </w:rPr>
        <w:t xml:space="preserve">What the event is about: </w:t>
      </w:r>
      <w:r>
        <w:t>[The reason people come, in one line]</w:t>
      </w:r>
    </w:p>
    <w:p>
      <w:pPr>
        <w:pStyle w:val="ListBullet"/>
      </w:pPr>
      <w:r>
        <w:rPr>
          <w:b/>
        </w:rPr>
        <w:t xml:space="preserve">Who is speaking: </w:t>
      </w:r>
      <w:r>
        <w:t>[Who leads the program, and on what: hosts, peers or sponsors]</w:t>
      </w:r>
    </w:p>
    <w:p>
      <w:pPr>
        <w:pStyle w:val="ListBullet"/>
      </w:pPr>
      <w:r>
        <w:rPr>
          <w:b/>
        </w:rPr>
        <w:t xml:space="preserve">Post-event report: </w:t>
      </w:r>
      <w:r>
        <w:t>[What we report after the event, and by what date]</w:t>
      </w:r>
    </w:p>
    <w:p>
      <w:pPr>
        <w:pStyle w:val="ListBullet"/>
      </w:pPr>
      <w:r>
        <w:rPr>
          <w:b/>
        </w:rPr>
        <w:t xml:space="preserve">Renewal: </w:t>
      </w:r>
      <w:r>
        <w:t>[Renewal conversation date]</w:t>
      </w:r>
    </w:p>
    <w:p>
      <w:pPr>
        <w:pStyle w:val="ListBullet"/>
      </w:pPr>
      <w:r>
        <w:rPr>
          <w:b/>
        </w:rPr>
        <w:t xml:space="preserve">Commit by: </w:t>
      </w:r>
      <w:r>
        <w:t>[The date sponsors need to commit]</w:t>
      </w:r>
    </w:p>
    <w:p>
      <w:pPr>
        <w:pStyle w:val="ListBullet"/>
      </w:pPr>
      <w:r>
        <w:rPr>
          <w:b/>
        </w:rPr>
        <w:t xml:space="preserve">Contact: </w:t>
      </w:r>
      <w:r>
        <w:t>[Name, role, email and phone]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EventsAuthority</dc:creator>
  <cp:keywords/>
  <dc:description>generated by python-docx</dc:description>
  <cp:lastModifiedBy>EventsAuthority</cp:lastModifiedBy>
  <cp:revision>1</cp:revision>
  <dcterms:created xsi:type="dcterms:W3CDTF">2013-12-23T23:15:00Z</dcterms:created>
  <dcterms:modified xsi:type="dcterms:W3CDTF">2013-12-23T23:15:00Z</dcterms:modified>
  <cp:category/>
</cp:coreProperties>
</file>