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four-email event sequence</w:t>
      </w:r>
    </w:p>
    <w:p>
      <w:r>
        <w:t>Fill-in templates for a hosted, invite-only event. Four messages, written before the event, each with a send date. Three land before the day. One lands the same evening.</w:t>
      </w:r>
    </w:p>
    <w:p>
      <w:r>
        <w:t xml:space="preserve">Brackets are yours to fill. Lines marked </w:t>
      </w:r>
      <w:r>
        <w:rPr>
          <w:b/>
        </w:rPr>
        <w:t>Theme</w:t>
      </w:r>
      <w:r>
        <w:t xml:space="preserve"> are where your theme's language goes; if you have no theme, write them plainly. Keep each email to one screen.</w:t>
      </w:r>
    </w:p>
    <w:p>
      <w:r>
        <w:t>Rules that make the sequence work:</w:t>
      </w:r>
    </w:p>
    <w:p>
      <w:pPr>
        <w:pStyle w:val="ListBullet"/>
      </w:pPr>
      <w:r>
        <w:t>Every email answers one question for the guest. Do I have a seat? What do I bring? Where do I go? What now?</w:t>
      </w:r>
    </w:p>
    <w:p>
      <w:pPr>
        <w:pStyle w:val="ListBullet"/>
      </w:pPr>
      <w:r>
        <w:t>Logistics are the same words in every email: same room name, same time, same contact.</w:t>
      </w:r>
    </w:p>
    <w:p>
      <w:pPr>
        <w:pStyle w:val="ListBullet"/>
      </w:pPr>
      <w:r>
        <w:t>Everyone on your team reads all four before the first one goes out.</w:t>
      </w:r>
    </w:p>
    <w:p>
      <w:pPr>
        <w:pStyle w:val="ListBullet"/>
      </w:pPr>
      <w:r>
        <w:t>One person owns replies. Name them in every email.</w:t>
      </w:r>
    </w:p>
    <w:p>
      <w:pPr>
        <w:pStyle w:val="Heading2"/>
      </w:pPr>
      <w:r>
        <w:t>Email 1: the invitation or seat confirmation</w:t>
      </w:r>
    </w:p>
    <w:p>
      <w:r/>
      <w:r>
        <w:rPr>
          <w:b/>
        </w:rPr>
        <w:t>Send:</w:t>
      </w:r>
      <w:r>
        <w:t xml:space="preserve"> about two weeks out  |  </w:t>
      </w:r>
      <w:r>
        <w:rPr>
          <w:b/>
        </w:rPr>
        <w:t>Answers:</w:t>
      </w:r>
      <w:r>
        <w:t xml:space="preserve"> do I have a seat, and why should I come?</w:t>
      </w:r>
    </w:p>
    <w:p>
      <w:r/>
      <w:r>
        <w:rPr>
          <w:b/>
        </w:rPr>
        <w:t>Subject:</w:t>
      </w:r>
      <w:r>
        <w:t xml:space="preserve"> [Theme: your seat is confirmed for [Event name]]</w:t>
      </w:r>
    </w:p>
    <w:p>
      <w:r>
        <w:t>Hi [First name],</w:t>
      </w:r>
    </w:p>
    <w:p>
      <w:r>
        <w:t xml:space="preserve">[Theme: one opening line in your theme's language.] Your seat is confirmed for </w:t>
      </w:r>
      <w:r>
        <w:rPr>
          <w:b/>
        </w:rPr>
        <w:t>[Event name]</w:t>
      </w:r>
      <w:r>
        <w:t xml:space="preserve"> on </w:t>
      </w:r>
      <w:r>
        <w:rPr>
          <w:b/>
        </w:rPr>
        <w:t>[day, date]</w:t>
      </w:r>
      <w:r>
        <w:t>.</w:t>
      </w:r>
    </w:p>
    <w:p>
      <w:r>
        <w:t>You are one of [number] [partners / customers / guests] invited. This is not a presentation. It is [what they will actually do, in ten words].</w:t>
      </w:r>
    </w:p>
    <w:p>
      <w:r/>
      <w:r>
        <w:rPr>
          <w:b/>
        </w:rPr>
        <w:t>The details</w:t>
      </w:r>
      <w:r/>
    </w:p>
    <w:p>
      <w:pPr>
        <w:pStyle w:val="ListBullet"/>
      </w:pPr>
      <w:r>
        <w:t>Check-in: [place, room, venue, city]</w:t>
      </w:r>
    </w:p>
    <w:p>
      <w:pPr>
        <w:pStyle w:val="ListBullet"/>
      </w:pPr>
      <w:r>
        <w:t>Time: check-in opens at [time]. We start at [time] and finish by [time].</w:t>
      </w:r>
    </w:p>
    <w:p>
      <w:pPr>
        <w:pStyle w:val="ListBullet"/>
      </w:pPr>
      <w:r>
        <w:t>When you arrive: you will get [badge, kit, materials].</w:t>
      </w:r>
    </w:p>
    <w:p>
      <w:r/>
      <w:r>
        <w:rPr>
          <w:b/>
        </w:rPr>
        <w:t>What you will do</w:t>
      </w:r>
      <w:r/>
    </w:p>
    <w:p>
      <w:pPr>
        <w:pStyle w:val="ListBullet"/>
      </w:pPr>
      <w:r>
        <w:t>[Time]: [first thing, in plain words. Sample: bring your laptop; you will log in live]</w:t>
      </w:r>
    </w:p>
    <w:p>
      <w:pPr>
        <w:pStyle w:val="ListBullet"/>
      </w:pPr>
      <w:r>
        <w:t>Before you come: [any step to do in advance. Sample: click the activation link we sent you]</w:t>
      </w:r>
    </w:p>
    <w:p>
      <w:pPr>
        <w:pStyle w:val="ListBullet"/>
      </w:pPr>
      <w:r>
        <w:t>[What they will hear and from whom, by role or by name if your speakers are public]</w:t>
      </w:r>
    </w:p>
    <w:p>
      <w:r/>
      <w:r>
        <w:rPr>
          <w:b/>
        </w:rPr>
        <w:t>Questions?</w:t>
      </w:r>
      <w:r>
        <w:t xml:space="preserve"> [One name], [one email address].</w:t>
      </w:r>
    </w:p>
    <w:p>
      <w:r>
        <w:t>[Theme: sign-off line]</w:t>
      </w:r>
    </w:p>
    <w:p>
      <w:r>
        <w:t>[Sender names]</w:t>
      </w:r>
    </w:p>
    <w:p>
      <w:pPr>
        <w:pStyle w:val="Heading2"/>
      </w:pPr>
      <w:r>
        <w:t>Email 2: one week out</w:t>
      </w:r>
    </w:p>
    <w:p>
      <w:r/>
      <w:r>
        <w:rPr>
          <w:b/>
        </w:rPr>
        <w:t>Send:</w:t>
      </w:r>
      <w:r>
        <w:t xml:space="preserve"> five to seven days out  |  </w:t>
      </w:r>
      <w:r>
        <w:rPr>
          <w:b/>
        </w:rPr>
        <w:t>Answers:</w:t>
      </w:r>
      <w:r>
        <w:t xml:space="preserve"> what do I bring, and what should I expect?</w:t>
      </w:r>
    </w:p>
    <w:p>
      <w:r/>
      <w:r>
        <w:rPr>
          <w:b/>
        </w:rPr>
        <w:t>Subject:</w:t>
      </w:r>
      <w:r>
        <w:t xml:space="preserve"> [Theme: one week to [Event name]: your checklist]</w:t>
      </w:r>
    </w:p>
    <w:p>
      <w:r>
        <w:t>Hi [First name],</w:t>
      </w:r>
    </w:p>
    <w:p>
      <w:r>
        <w:t xml:space="preserve">We are one week from </w:t>
      </w:r>
      <w:r>
        <w:rPr>
          <w:b/>
        </w:rPr>
        <w:t>[Event name]</w:t>
      </w:r>
      <w:r>
        <w:t>. Here is everything you need.</w:t>
      </w:r>
    </w:p>
    <w:p>
      <w:pPr>
        <w:pStyle w:val="ListBullet"/>
      </w:pPr>
      <w:r/>
      <w:r>
        <w:rPr>
          <w:b/>
        </w:rPr>
        <w:t>Bring:</w:t>
      </w:r>
      <w:r>
        <w:t xml:space="preserve"> [Sample: your laptop and charger. You will be hands-on.]</w:t>
      </w:r>
    </w:p>
    <w:p>
      <w:pPr>
        <w:pStyle w:val="ListBullet"/>
      </w:pPr>
      <w:r/>
      <w:r>
        <w:rPr>
          <w:b/>
        </w:rPr>
        <w:t>Do first:</w:t>
      </w:r>
      <w:r>
        <w:t xml:space="preserve"> [Sample: watch your inbox for your activation link, and click it before you travel]</w:t>
      </w:r>
    </w:p>
    <w:p>
      <w:pPr>
        <w:pStyle w:val="ListBullet"/>
      </w:pPr>
      <w:r/>
      <w:r>
        <w:rPr>
          <w:b/>
        </w:rPr>
        <w:t>Where to meet us:</w:t>
      </w:r>
      <w:r>
        <w:t xml:space="preserve"> [same room name, same venue, same words as Email 1]</w:t>
      </w:r>
    </w:p>
    <w:p>
      <w:pPr>
        <w:pStyle w:val="ListBullet"/>
      </w:pPr>
      <w:r/>
      <w:r>
        <w:rPr>
          <w:b/>
        </w:rPr>
        <w:t>What to expect:</w:t>
      </w:r>
      <w:r>
        <w:t xml:space="preserve"> [food, the break activity, prizes, anything that makes it worth getting up for]</w:t>
      </w:r>
    </w:p>
    <w:p>
      <w:r>
        <w:t>[One sentence on why you built this and why they are first.]</w:t>
      </w:r>
    </w:p>
    <w:p>
      <w:r>
        <w:t>[Theme: sign-off line]</w:t>
      </w:r>
    </w:p>
    <w:p>
      <w:r>
        <w:t>[Sender names]</w:t>
      </w:r>
    </w:p>
    <w:p>
      <w:pPr>
        <w:pStyle w:val="Heading2"/>
      </w:pPr>
      <w:r>
        <w:t>Email 3: the day before</w:t>
      </w:r>
    </w:p>
    <w:p>
      <w:r/>
      <w:r>
        <w:rPr>
          <w:b/>
        </w:rPr>
        <w:t>Send:</w:t>
      </w:r>
      <w:r>
        <w:t xml:space="preserve"> the evening before  |  </w:t>
      </w:r>
      <w:r>
        <w:rPr>
          <w:b/>
        </w:rPr>
        <w:t>Answers:</w:t>
      </w:r>
      <w:r>
        <w:t xml:space="preserve"> where do I go, and when?</w:t>
      </w:r>
    </w:p>
    <w:p>
      <w:r/>
      <w:r>
        <w:rPr>
          <w:b/>
        </w:rPr>
        <w:t>Subject:</w:t>
      </w:r>
      <w:r>
        <w:t xml:space="preserve"> [Theme: see you at [time] tomorrow]</w:t>
      </w:r>
    </w:p>
    <w:p>
      <w:r>
        <w:t>Hi [First name],</w:t>
      </w:r>
    </w:p>
    <w:p>
      <w:r>
        <w:t>Tomorrow is the day.</w:t>
      </w:r>
    </w:p>
    <w:p>
      <w:pPr>
        <w:pStyle w:val="ListBullet"/>
      </w:pPr>
      <w:r/>
      <w:r>
        <w:rPr>
          <w:b/>
        </w:rPr>
        <w:t>Be there:</w:t>
      </w:r>
      <w:r>
        <w:t xml:space="preserve"> [time], sharp.</w:t>
      </w:r>
    </w:p>
    <w:p>
      <w:pPr>
        <w:pStyle w:val="ListBullet"/>
      </w:pPr>
      <w:r/>
      <w:r>
        <w:rPr>
          <w:b/>
        </w:rPr>
        <w:t>Where:</w:t>
      </w:r>
      <w:r>
        <w:t xml:space="preserve"> [same room name and venue]</w:t>
      </w:r>
    </w:p>
    <w:p>
      <w:pPr>
        <w:pStyle w:val="ListBullet"/>
      </w:pPr>
      <w:r/>
      <w:r>
        <w:rPr>
          <w:b/>
        </w:rPr>
        <w:t>Bring:</w:t>
      </w:r>
      <w:r>
        <w:t xml:space="preserve"> [laptop and charger]</w:t>
      </w:r>
    </w:p>
    <w:p>
      <w:pPr>
        <w:pStyle w:val="ListBullet"/>
      </w:pPr>
      <w:r/>
      <w:r>
        <w:rPr>
          <w:b/>
        </w:rPr>
        <w:t>When you arrive:</w:t>
      </w:r>
      <w:r>
        <w:t xml:space="preserve"> [where to check in, what you will be handed]</w:t>
      </w:r>
    </w:p>
    <w:p>
      <w:pPr>
        <w:pStyle w:val="ListBullet"/>
      </w:pPr>
      <w:r/>
      <w:r>
        <w:rPr>
          <w:b/>
        </w:rPr>
        <w:t>Food:</w:t>
      </w:r>
      <w:r>
        <w:t xml:space="preserve"> [what is served and when]</w:t>
      </w:r>
    </w:p>
    <w:p>
      <w:r/>
      <w:r>
        <w:rPr>
          <w:b/>
        </w:rPr>
        <w:t>The morning</w:t>
      </w:r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Time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Session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Who</w:t>
            </w:r>
          </w:p>
        </w:tc>
      </w:tr>
      <w:tr>
        <w:tc>
          <w:tcPr>
            <w:tcW w:type="dxa" w:w="2880"/>
          </w:tcPr>
          <w:p>
            <w:r/>
            <w:r>
              <w:t>[ ]</w:t>
            </w:r>
          </w:p>
        </w:tc>
        <w:tc>
          <w:tcPr>
            <w:tcW w:type="dxa" w:w="2880"/>
          </w:tcPr>
          <w:p>
            <w:r/>
            <w:r>
              <w:t>[ ]</w:t>
            </w:r>
          </w:p>
        </w:tc>
        <w:tc>
          <w:tcPr>
            <w:tcW w:type="dxa" w:w="2880"/>
          </w:tcPr>
          <w:p>
            <w:r/>
            <w:r>
              <w:t>[ ]</w:t>
            </w:r>
          </w:p>
        </w:tc>
      </w:tr>
      <w:tr>
        <w:tc>
          <w:tcPr>
            <w:tcW w:type="dxa" w:w="2880"/>
          </w:tcPr>
          <w:p>
            <w:r/>
            <w:r>
              <w:t>[ ]</w:t>
            </w:r>
          </w:p>
        </w:tc>
        <w:tc>
          <w:tcPr>
            <w:tcW w:type="dxa" w:w="2880"/>
          </w:tcPr>
          <w:p>
            <w:r/>
            <w:r>
              <w:t>[ ]</w:t>
            </w:r>
          </w:p>
        </w:tc>
        <w:tc>
          <w:tcPr>
            <w:tcW w:type="dxa" w:w="2880"/>
          </w:tcPr>
          <w:p>
            <w:r/>
            <w:r>
              <w:t>[ ]</w:t>
            </w:r>
          </w:p>
        </w:tc>
      </w:tr>
      <w:tr>
        <w:tc>
          <w:tcPr>
            <w:tcW w:type="dxa" w:w="2880"/>
          </w:tcPr>
          <w:p>
            <w:r/>
            <w:r>
              <w:t>[ ]</w:t>
            </w:r>
          </w:p>
        </w:tc>
        <w:tc>
          <w:tcPr>
            <w:tcW w:type="dxa" w:w="2880"/>
          </w:tcPr>
          <w:p>
            <w:r/>
            <w:r>
              <w:t>[ ]</w:t>
            </w:r>
          </w:p>
        </w:tc>
        <w:tc>
          <w:tcPr>
            <w:tcW w:type="dxa" w:w="2880"/>
          </w:tcPr>
          <w:p>
            <w:r/>
            <w:r>
              <w:t>[ ]</w:t>
            </w:r>
          </w:p>
        </w:tc>
      </w:tr>
    </w:tbl>
    <w:p/>
    <w:p>
      <w:r>
        <w:t>We want your candid feedback. Come ready to tell us what works and what does not.</w:t>
      </w:r>
    </w:p>
    <w:p>
      <w:r>
        <w:t>See you there,</w:t>
      </w:r>
    </w:p>
    <w:p>
      <w:r>
        <w:t>[Sender names]</w:t>
      </w:r>
    </w:p>
    <w:p>
      <w:pPr>
        <w:pStyle w:val="Heading2"/>
      </w:pPr>
      <w:r>
        <w:t>Email 4: the thank-you</w:t>
      </w:r>
    </w:p>
    <w:p>
      <w:r/>
      <w:r>
        <w:rPr>
          <w:b/>
        </w:rPr>
        <w:t>Send:</w:t>
      </w:r>
      <w:r>
        <w:t xml:space="preserve"> event day, late  |  </w:t>
      </w:r>
      <w:r>
        <w:rPr>
          <w:b/>
        </w:rPr>
        <w:t>Answers:</w:t>
      </w:r>
      <w:r>
        <w:t xml:space="preserve"> what now?</w:t>
      </w:r>
    </w:p>
    <w:p>
      <w:r/>
      <w:r>
        <w:rPr>
          <w:b/>
        </w:rPr>
        <w:t>Subject:</w:t>
      </w:r>
      <w:r>
        <w:t xml:space="preserve"> [Theme: thank you for joining us at [Event name]]</w:t>
      </w:r>
    </w:p>
    <w:p>
      <w:r>
        <w:t>Hi [First name],</w:t>
      </w:r>
    </w:p>
    <w:p>
      <w:r>
        <w:t>Thank you for being in the room today. [One sentence naming the real thing they did. Sample: you got your account live and finished a piece of real work with it.]</w:t>
      </w:r>
    </w:p>
    <w:p>
      <w:r/>
      <w:r>
        <w:rPr>
          <w:b/>
        </w:rPr>
        <w:t>Three things, if you have a minute</w:t>
      </w:r>
      <w:r/>
    </w:p>
    <w:p>
      <w:pPr>
        <w:pStyle w:val="ListBullet"/>
      </w:pPr>
      <w:r/>
      <w:r>
        <w:rPr>
          <w:b/>
        </w:rPr>
        <w:t>Tell someone.</w:t>
      </w:r>
      <w:r>
        <w:t xml:space="preserve"> If it comes up at [the conference / in your peer group], share what you saw. [Referral program or share link, if you have one.]</w:t>
      </w:r>
    </w:p>
    <w:p>
      <w:pPr>
        <w:pStyle w:val="ListBullet"/>
      </w:pPr>
      <w:r/>
      <w:r>
        <w:rPr>
          <w:b/>
        </w:rPr>
        <w:t>Tell us.</w:t>
      </w:r>
      <w:r>
        <w:t xml:space="preserve"> What could be smoother? What do you want next? Hit reply, or reach [one name].</w:t>
      </w:r>
    </w:p>
    <w:p>
      <w:pPr>
        <w:pStyle w:val="ListBullet"/>
      </w:pPr>
      <w:r/>
      <w:r>
        <w:rPr>
          <w:b/>
        </w:rPr>
        <w:t>Keep going.</w:t>
      </w:r>
      <w:r>
        <w:t xml:space="preserve"> [The one next step. Sample: keep using it this week; here is the quick-start guide.]</w:t>
      </w:r>
    </w:p>
    <w:p>
      <w:r>
        <w:t>[Link to the brochure, the recording or the guide.]</w:t>
      </w:r>
    </w:p>
    <w:p>
      <w:r>
        <w:t>Enjoy the rest of [the conference / your week].</w:t>
      </w:r>
    </w:p>
    <w:p>
      <w:r>
        <w:t>[Sender names]</w:t>
      </w:r>
    </w:p>
    <w:p>
      <w:pPr>
        <w:pStyle w:val="Heading2"/>
      </w:pPr>
      <w:r>
        <w:t>Follow-up outside the sequence</w:t>
      </w:r>
    </w:p>
    <w:p>
      <w:r>
        <w:t>Within the week, write personally to the three or four guests who gave you the strongest feedback. Ask if they would go on record. That is a personal note from the person who owns the relationship, not a template.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EventsAuthority</dc:creator>
  <cp:keywords/>
  <dc:description/>
  <cp:lastModifiedBy>EventsAuthority</cp:lastModifiedBy>
  <cp:revision>1</cp:revision>
  <dcterms:created xsi:type="dcterms:W3CDTF">2013-12-23T23:15:00Z</dcterms:created>
  <dcterms:modified xsi:type="dcterms:W3CDTF">2013-12-23T23:15:00Z</dcterms:modified>
  <cp:category/>
</cp:coreProperties>
</file>