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Event brief</w:t>
      </w:r>
    </w:p>
    <w:p>
      <w:r/>
      <w:r>
        <w:rPr>
          <w:b/>
        </w:rPr>
        <w:t>[Event name]</w:t>
      </w:r>
      <w:r>
        <w:t xml:space="preserve">  |  [Date]  |  Edition: [for example "3 days out"]</w:t>
      </w:r>
    </w:p>
    <w:p>
      <w:r>
        <w:t xml:space="preserve">Fill in the brackets. Anything marked </w:t>
      </w:r>
      <w:r>
        <w:rPr>
          <w:b/>
        </w:rPr>
        <w:t>Sample</w:t>
      </w:r>
      <w:r>
        <w:t xml:space="preserve"> is an example to overwrite. One brief, one owner, one page per section where you can. If the person running the room reads only this document, they can run the day.</w:t>
      </w:r>
    </w:p>
    <w:p>
      <w:r>
        <w:t>Brief owner: [name, mobile]  |  On-site lead: [name, mobile]  |  On call during the event: [name, mobile]</w:t>
      </w:r>
    </w:p>
    <w:p>
      <w:pPr>
        <w:pStyle w:val="Heading2"/>
      </w:pPr>
      <w:r>
        <w:t>1. Why</w:t>
      </w:r>
    </w:p>
    <w:p>
      <w:r>
        <w:t>One sentence. What is this event for?</w:t>
      </w:r>
    </w:p>
    <w:p>
      <w:pPr>
        <w:ind w:left="360"/>
      </w:pPr>
      <w:r>
        <w:t>Sample: To get our best partners excited about the new product, capture their reactions on camera, and hear what they would change.</w:t>
      </w:r>
    </w:p>
    <w:p>
      <w:r>
        <w:t>What should be true 30 days after?</w:t>
      </w:r>
    </w:p>
    <w:p>
      <w:r>
        <w:t>☐  [Outcome 1. Sample: every guest has used the product on their own work at least once since the event]</w:t>
      </w:r>
    </w:p>
    <w:p>
      <w:r>
        <w:t>☐  [Outcome 2]</w:t>
      </w:r>
    </w:p>
    <w:p>
      <w:r>
        <w:t>☐  [Outcome 3]</w:t>
      </w:r>
    </w:p>
    <w:p>
      <w:pPr>
        <w:pStyle w:val="Heading2"/>
      </w:pPr>
      <w:r>
        <w:t>2. Who, what, when, where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/>
            <w:r>
              <w:t>Who is hosting</w:t>
            </w:r>
          </w:p>
        </w:tc>
        <w:tc>
          <w:tcPr>
            <w:tcW w:type="dxa" w:w="4320"/>
          </w:tcPr>
          <w:p>
            <w:r/>
            <w:r>
              <w:t>[Leadership and team in the room, by role]</w:t>
            </w:r>
          </w:p>
        </w:tc>
      </w:tr>
      <w:tr>
        <w:tc>
          <w:tcPr>
            <w:tcW w:type="dxa" w:w="4320"/>
          </w:tcPr>
          <w:p>
            <w:r/>
            <w:r>
              <w:t>Who is coming</w:t>
            </w:r>
          </w:p>
        </w:tc>
        <w:tc>
          <w:tcPr>
            <w:tcW w:type="dxa" w:w="4320"/>
          </w:tcPr>
          <w:p>
            <w:r/>
            <w:r>
              <w:t>[Number invited, number confirmed as of a date, who they are in one line]</w:t>
            </w:r>
          </w:p>
        </w:tc>
      </w:tr>
      <w:tr>
        <w:tc>
          <w:tcPr>
            <w:tcW w:type="dxa" w:w="4320"/>
          </w:tcPr>
          <w:p>
            <w:r/>
            <w:r>
              <w:t>What it is</w:t>
            </w:r>
          </w:p>
        </w:tc>
        <w:tc>
          <w:tcPr>
            <w:tcW w:type="dxa" w:w="4320"/>
          </w:tcPr>
          <w:p>
            <w:r/>
            <w:r>
              <w:t>[Sample: an invite-only launch and hands-on workshop]</w:t>
            </w:r>
          </w:p>
        </w:tc>
      </w:tr>
      <w:tr>
        <w:tc>
          <w:tcPr>
            <w:tcW w:type="dxa" w:w="4320"/>
          </w:tcPr>
          <w:p>
            <w:r/>
            <w:r>
              <w:t>When</w:t>
            </w:r>
          </w:p>
        </w:tc>
        <w:tc>
          <w:tcPr>
            <w:tcW w:type="dxa" w:w="4320"/>
          </w:tcPr>
          <w:p>
            <w:r/>
            <w:r>
              <w:t>[Day, date, start and end. Check-in opens at ...]</w:t>
            </w:r>
          </w:p>
        </w:tc>
      </w:tr>
      <w:tr>
        <w:tc>
          <w:tcPr>
            <w:tcW w:type="dxa" w:w="4320"/>
          </w:tcPr>
          <w:p>
            <w:r/>
            <w:r>
              <w:t>Where</w:t>
            </w:r>
          </w:p>
        </w:tc>
        <w:tc>
          <w:tcPr>
            <w:tcW w:type="dxa" w:w="4320"/>
          </w:tcPr>
          <w:p>
            <w:r/>
            <w:r>
              <w:t>[Venue, room, and what it is attached to, for example the pre-day of a conference]</w:t>
            </w:r>
          </w:p>
        </w:tc>
      </w:tr>
    </w:tbl>
    <w:p/>
    <w:p>
      <w:r>
        <w:t>Guest list, guest profiles and seating live in a separate attachment, not in this brief. Share them only with people who need them.</w:t>
      </w:r>
    </w:p>
    <w:p>
      <w:pPr>
        <w:pStyle w:val="Heading2"/>
      </w:pPr>
      <w:r>
        <w:t>3. Audience</w:t>
      </w:r>
    </w:p>
    <w:p>
      <w:pPr>
        <w:pStyle w:val="ListBullet"/>
      </w:pPr>
      <w:r>
        <w:t>Who they are and what they already know about you: [ ]</w:t>
      </w:r>
    </w:p>
    <w:p>
      <w:pPr>
        <w:pStyle w:val="ListBullet"/>
      </w:pPr>
      <w:r>
        <w:t>What they came for: [ ]</w:t>
      </w:r>
    </w:p>
    <w:p>
      <w:pPr>
        <w:pStyle w:val="ListBullet"/>
      </w:pPr>
      <w:r>
        <w:t>What would make them tell a colleague about it that afternoon: [ ]</w:t>
      </w:r>
    </w:p>
    <w:p>
      <w:pPr>
        <w:pStyle w:val="ListBullet"/>
      </w:pPr>
      <w:r>
        <w:t>Guest profiles: one short paragraph per guest company, in the attachment. For each: what they do, who is coming, how long they have worked with you, one thing to ask them about.</w:t>
      </w:r>
    </w:p>
    <w:p>
      <w:pPr>
        <w:pStyle w:val="Heading2"/>
      </w:pPr>
      <w:r>
        <w:t>4. Theme system</w:t>
      </w:r>
    </w:p>
    <w:p>
      <w:r>
        <w:t>One idea, carried through every touchpoint. If a touchpoint cannot carry it, leave that touchpoint plain.</w:t>
      </w:r>
    </w:p>
    <w:p>
      <w:r>
        <w:t>Theme in one line: [Sample: a test kitchen, because guests will make something with the product before they leave]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Touchpoint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How the theme shows up</w:t>
            </w:r>
          </w:p>
        </w:tc>
      </w:tr>
      <w:tr>
        <w:tc>
          <w:tcPr>
            <w:tcW w:type="dxa" w:w="4320"/>
          </w:tcPr>
          <w:p>
            <w:r/>
            <w:r>
              <w:t>Invitation and emails</w:t>
            </w:r>
          </w:p>
        </w:tc>
        <w:tc>
          <w:tcPr>
            <w:tcW w:type="dxa" w:w="4320"/>
          </w:tcPr>
          <w:p>
            <w:r/>
            <w:r>
              <w:t>[Sample: subject lines and sign-off in the theme's language]</w:t>
            </w:r>
          </w:p>
        </w:tc>
      </w:tr>
      <w:tr>
        <w:tc>
          <w:tcPr>
            <w:tcW w:type="dxa" w:w="4320"/>
          </w:tcPr>
          <w:p>
            <w:r/>
            <w:r>
              <w:t>Check-in and badges</w:t>
            </w:r>
          </w:p>
        </w:tc>
        <w:tc>
          <w:tcPr>
            <w:tcW w:type="dxa" w:w="4320"/>
          </w:tcPr>
          <w:p>
            <w:r/>
            <w:r>
              <w:t>[ ]</w:t>
            </w:r>
          </w:p>
        </w:tc>
      </w:tr>
      <w:tr>
        <w:tc>
          <w:tcPr>
            <w:tcW w:type="dxa" w:w="4320"/>
          </w:tcPr>
          <w:p>
            <w:r/>
            <w:r>
              <w:t>Agenda on screen</w:t>
            </w:r>
          </w:p>
        </w:tc>
        <w:tc>
          <w:tcPr>
            <w:tcW w:type="dxa" w:w="4320"/>
          </w:tcPr>
          <w:p>
            <w:r/>
            <w:r>
              <w:t>[ ]</w:t>
            </w:r>
          </w:p>
        </w:tc>
      </w:tr>
      <w:tr>
        <w:tc>
          <w:tcPr>
            <w:tcW w:type="dxa" w:w="4320"/>
          </w:tcPr>
          <w:p>
            <w:r/>
            <w:r>
              <w:t>Food and drink</w:t>
            </w:r>
          </w:p>
        </w:tc>
        <w:tc>
          <w:tcPr>
            <w:tcW w:type="dxa" w:w="4320"/>
          </w:tcPr>
          <w:p>
            <w:r/>
            <w:r>
              <w:t>[ ]</w:t>
            </w:r>
          </w:p>
        </w:tc>
      </w:tr>
      <w:tr>
        <w:tc>
          <w:tcPr>
            <w:tcW w:type="dxa" w:w="4320"/>
          </w:tcPr>
          <w:p>
            <w:r/>
            <w:r>
              <w:t>Swag or welcome kit</w:t>
            </w:r>
          </w:p>
        </w:tc>
        <w:tc>
          <w:tcPr>
            <w:tcW w:type="dxa" w:w="4320"/>
          </w:tcPr>
          <w:p>
            <w:r/>
            <w:r>
              <w:t>[ ]</w:t>
            </w:r>
          </w:p>
        </w:tc>
      </w:tr>
      <w:tr>
        <w:tc>
          <w:tcPr>
            <w:tcW w:type="dxa" w:w="4320"/>
          </w:tcPr>
          <w:p>
            <w:r/>
            <w:r>
              <w:t>Break activity</w:t>
            </w:r>
          </w:p>
        </w:tc>
        <w:tc>
          <w:tcPr>
            <w:tcW w:type="dxa" w:w="4320"/>
          </w:tcPr>
          <w:p>
            <w:r/>
            <w:r>
              <w:t>[ ]</w:t>
            </w:r>
          </w:p>
        </w:tc>
      </w:tr>
      <w:tr>
        <w:tc>
          <w:tcPr>
            <w:tcW w:type="dxa" w:w="4320"/>
          </w:tcPr>
          <w:p>
            <w:r/>
            <w:r>
              <w:t>Team look</w:t>
            </w:r>
          </w:p>
        </w:tc>
        <w:tc>
          <w:tcPr>
            <w:tcW w:type="dxa" w:w="4320"/>
          </w:tcPr>
          <w:p>
            <w:r/>
            <w:r>
              <w:t>[ ]</w:t>
            </w:r>
          </w:p>
        </w:tc>
      </w:tr>
      <w:tr>
        <w:tc>
          <w:tcPr>
            <w:tcW w:type="dxa" w:w="4320"/>
          </w:tcPr>
          <w:p>
            <w:r/>
            <w:r>
              <w:t>Thank-you</w:t>
            </w:r>
          </w:p>
        </w:tc>
        <w:tc>
          <w:tcPr>
            <w:tcW w:type="dxa" w:w="4320"/>
          </w:tcPr>
          <w:p>
            <w:r/>
            <w:r>
              <w:t>[ ]</w:t>
            </w:r>
          </w:p>
        </w:tc>
      </w:tr>
    </w:tbl>
    <w:p/>
    <w:p>
      <w:pPr>
        <w:pStyle w:val="Heading2"/>
      </w:pPr>
      <w:r>
        <w:t>5. Room</w:t>
      </w:r>
    </w:p>
    <w:p>
      <w:pPr>
        <w:pStyle w:val="ListBullet"/>
      </w:pPr>
      <w:r>
        <w:t>Tables and seating: [Sample: 4 rounds of 7, crescent style, facing the screen]</w:t>
      </w:r>
    </w:p>
    <w:p>
      <w:pPr>
        <w:pStyle w:val="ListBullet"/>
      </w:pPr>
      <w:r>
        <w:t>Extra seating for staff who are observing: [ ]</w:t>
      </w:r>
    </w:p>
    <w:p>
      <w:pPr>
        <w:pStyle w:val="ListBullet"/>
      </w:pPr>
      <w:r>
        <w:t>Podium, screen, projector, microphones, recording: [ ]</w:t>
      </w:r>
    </w:p>
    <w:p>
      <w:pPr>
        <w:pStyle w:val="ListBullet"/>
      </w:pPr>
      <w:r>
        <w:t>Tables at the back for materials, tech and swag: [ ]</w:t>
      </w:r>
    </w:p>
    <w:p>
      <w:pPr>
        <w:pStyle w:val="ListBullet"/>
      </w:pPr>
      <w:r>
        <w:t>Wi-Fi: [network name here; password goes on a sign at the podium and on the back of badges, not in this brief]</w:t>
      </w:r>
    </w:p>
    <w:p>
      <w:pPr>
        <w:pStyle w:val="ListBullet"/>
      </w:pPr>
      <w:r>
        <w:t>Signage at the entrance: [ ]</w:t>
      </w:r>
    </w:p>
    <w:p>
      <w:pPr>
        <w:pStyle w:val="ListBullet"/>
      </w:pPr>
      <w:r>
        <w:t>What the venue or host is providing and placing: [ ]</w:t>
      </w:r>
    </w:p>
    <w:p>
      <w:pPr>
        <w:pStyle w:val="Heading2"/>
      </w:pPr>
      <w:r>
        <w:t>6. Run of show</w:t>
      </w:r>
    </w:p>
    <w:p>
      <w:r>
        <w:t>Keep the full version in the run-of-show sheet. Summary here: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Time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Segment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What the guest leaves with</w:t>
            </w:r>
          </w:p>
        </w:tc>
      </w:tr>
      <w:tr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Arrivals and check-in</w:t>
            </w:r>
          </w:p>
        </w:tc>
        <w:tc>
          <w:tcPr>
            <w:tcW w:type="dxa" w:w="2160"/>
          </w:tcPr>
          <w:p>
            <w:r/>
            <w:r>
              <w:t>[role]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Opening story</w:t>
            </w:r>
          </w:p>
        </w:tc>
        <w:tc>
          <w:tcPr>
            <w:tcW w:type="dxa" w:w="2160"/>
          </w:tcPr>
          <w:p>
            <w:r/>
            <w:r>
              <w:t>[role]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Demo with an outcome</w:t>
            </w:r>
          </w:p>
        </w:tc>
        <w:tc>
          <w:tcPr>
            <w:tcW w:type="dxa" w:w="2160"/>
          </w:tcPr>
          <w:p>
            <w:r/>
            <w:r>
              <w:t>[role]</w:t>
            </w:r>
          </w:p>
        </w:tc>
        <w:tc>
          <w:tcPr>
            <w:tcW w:type="dxa" w:w="2160"/>
          </w:tcPr>
          <w:p>
            <w:r/>
            <w:r>
              <w:t>[A piece of real work done]</w:t>
            </w:r>
          </w:p>
        </w:tc>
      </w:tr>
      <w:tr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Break with an activity</w:t>
            </w:r>
          </w:p>
        </w:tc>
        <w:tc>
          <w:tcPr>
            <w:tcW w:type="dxa" w:w="2160"/>
          </w:tcPr>
          <w:p>
            <w:r/>
            <w:r>
              <w:t>[role]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Hands-on workshop</w:t>
            </w:r>
          </w:p>
        </w:tc>
        <w:tc>
          <w:tcPr>
            <w:tcW w:type="dxa" w:w="2160"/>
          </w:tcPr>
          <w:p>
            <w:r/>
            <w:r>
              <w:t>[role]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Feedback and close</w:t>
            </w:r>
          </w:p>
        </w:tc>
        <w:tc>
          <w:tcPr>
            <w:tcW w:type="dxa" w:w="2160"/>
          </w:tcPr>
          <w:p>
            <w:r/>
            <w:r>
              <w:t>[role]</w:t>
            </w:r>
          </w:p>
        </w:tc>
        <w:tc>
          <w:tcPr>
            <w:tcW w:type="dxa" w:w="2160"/>
          </w:tcPr>
          <w:p>
            <w:r/>
            <w:r>
              <w:t>[The next step]</w:t>
            </w:r>
          </w:p>
        </w:tc>
      </w:tr>
    </w:tbl>
    <w:p/>
    <w:p>
      <w:r>
        <w:t>Three things to build into any agenda:</w:t>
      </w:r>
    </w:p>
    <w:p>
      <w:pPr>
        <w:pStyle w:val="ListBullet"/>
      </w:pPr>
      <w:r/>
      <w:r>
        <w:rPr>
          <w:b/>
        </w:rPr>
        <w:t>A demo with an outcome.</w:t>
      </w:r>
      <w:r>
        <w:t xml:space="preserve"> Guests do not just see the product. They leave with something finished.</w:t>
      </w:r>
    </w:p>
    <w:p>
      <w:pPr>
        <w:pStyle w:val="ListBullet"/>
      </w:pPr>
      <w:r/>
      <w:r>
        <w:rPr>
          <w:b/>
        </w:rPr>
        <w:t>Energy resets.</w:t>
      </w:r>
      <w:r>
        <w:t xml:space="preserve"> A two-minute table question between heavy segments.</w:t>
      </w:r>
    </w:p>
    <w:p>
      <w:pPr>
        <w:pStyle w:val="ListBullet"/>
      </w:pPr>
      <w:r/>
      <w:r>
        <w:rPr>
          <w:b/>
        </w:rPr>
        <w:t>A named fallback.</w:t>
      </w:r>
      <w:r>
        <w:t xml:space="preserve"> If the Wi-Fi or the product fails, what happens instead, and who makes the call.</w:t>
      </w:r>
    </w:p>
    <w:p>
      <w:r>
        <w:t>Day before: [team walkthrough time and place]. Morning of: [final room check time].</w:t>
      </w:r>
    </w:p>
    <w:p>
      <w:pPr>
        <w:pStyle w:val="Heading2"/>
      </w:pPr>
      <w:r>
        <w:t>7. Staff roles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Role on the day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Who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Where they stand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What they own</w:t>
            </w:r>
          </w:p>
        </w:tc>
      </w:tr>
      <w:tr>
        <w:tc>
          <w:tcPr>
            <w:tcW w:type="dxa" w:w="2160"/>
          </w:tcPr>
          <w:p>
            <w:r/>
            <w:r>
              <w:t>Host or MC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Check-in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Tech support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Testimonial capture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  <w:tr>
        <w:tc>
          <w:tcPr>
            <w:tcW w:type="dxa" w:w="2160"/>
          </w:tcPr>
          <w:p>
            <w:r/>
            <w:r>
              <w:t>Photos and social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  <w:tc>
          <w:tcPr>
            <w:tcW w:type="dxa" w:w="2160"/>
          </w:tcPr>
          <w:p>
            <w:r/>
            <w:r>
              <w:t>[ ]</w:t>
            </w:r>
          </w:p>
        </w:tc>
      </w:tr>
    </w:tbl>
    <w:p/>
    <w:p>
      <w:r>
        <w:t>The full ownership matrix lives in [tool or file]. This table is only the day.</w:t>
      </w:r>
    </w:p>
    <w:p>
      <w:pPr>
        <w:pStyle w:val="Heading2"/>
      </w:pPr>
      <w:r>
        <w:t>8. Outstanding items</w:t>
      </w:r>
    </w:p>
    <w:p>
      <w:r>
        <w:t>Everything that still needs a commitment, an owner, or a confirmation. Use the outstanding-items checklist and paste the open lines here three days out.</w:t>
      </w:r>
    </w:p>
    <w:p>
      <w:r>
        <w:t>☐  [Item] | Needs: [commitment / owner / confirmation] | Who: [ ] | By: [ ]</w:t>
      </w:r>
    </w:p>
    <w:p>
      <w:pPr>
        <w:pStyle w:val="Heading2"/>
      </w:pPr>
      <w:r>
        <w:t>9. Comms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Message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Goes to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Send date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Written</w:t>
            </w:r>
          </w:p>
        </w:tc>
      </w:tr>
      <w:tr>
        <w:tc>
          <w:tcPr>
            <w:tcW w:type="dxa" w:w="1728"/>
          </w:tcPr>
          <w:p>
            <w:r/>
            <w:r>
              <w:t>Invitation or seat confirmation</w:t>
            </w:r>
          </w:p>
        </w:tc>
        <w:tc>
          <w:tcPr>
            <w:tcW w:type="dxa" w:w="1728"/>
          </w:tcPr>
          <w:p>
            <w:r/>
            <w:r>
              <w:t>Guests</w:t>
            </w:r>
          </w:p>
        </w:tc>
        <w:tc>
          <w:tcPr>
            <w:tcW w:type="dxa" w:w="1728"/>
          </w:tcPr>
          <w:p>
            <w:r/>
            <w:r>
              <w:t>[about 2 weeks out]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</w:tr>
      <w:tr>
        <w:tc>
          <w:tcPr>
            <w:tcW w:type="dxa" w:w="1728"/>
          </w:tcPr>
          <w:p>
            <w:r/>
            <w:r>
              <w:t>One week out: what to bring, what to expect</w:t>
            </w:r>
          </w:p>
        </w:tc>
        <w:tc>
          <w:tcPr>
            <w:tcW w:type="dxa" w:w="1728"/>
          </w:tcPr>
          <w:p>
            <w:r/>
            <w:r>
              <w:t>Guests</w:t>
            </w:r>
          </w:p>
        </w:tc>
        <w:tc>
          <w:tcPr>
            <w:tcW w:type="dxa" w:w="1728"/>
          </w:tcPr>
          <w:p>
            <w:r/>
            <w:r>
              <w:t>[5 to 7 days out]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</w:tr>
      <w:tr>
        <w:tc>
          <w:tcPr>
            <w:tcW w:type="dxa" w:w="1728"/>
          </w:tcPr>
          <w:p>
            <w:r/>
            <w:r>
              <w:t>Day before: time, place, agenda</w:t>
            </w:r>
          </w:p>
        </w:tc>
        <w:tc>
          <w:tcPr>
            <w:tcW w:type="dxa" w:w="1728"/>
          </w:tcPr>
          <w:p>
            <w:r/>
            <w:r>
              <w:t>Guests</w:t>
            </w:r>
          </w:p>
        </w:tc>
        <w:tc>
          <w:tcPr>
            <w:tcW w:type="dxa" w:w="1728"/>
          </w:tcPr>
          <w:p>
            <w:r/>
            <w:r>
              <w:t>[evening before]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</w:tr>
      <w:tr>
        <w:tc>
          <w:tcPr>
            <w:tcW w:type="dxa" w:w="1728"/>
          </w:tcPr>
          <w:p>
            <w:r/>
            <w:r>
              <w:t>Thank-you and next step</w:t>
            </w:r>
          </w:p>
        </w:tc>
        <w:tc>
          <w:tcPr>
            <w:tcW w:type="dxa" w:w="1728"/>
          </w:tcPr>
          <w:p>
            <w:r/>
            <w:r>
              <w:t>Guests</w:t>
            </w:r>
          </w:p>
        </w:tc>
        <w:tc>
          <w:tcPr>
            <w:tcW w:type="dxa" w:w="1728"/>
          </w:tcPr>
          <w:p>
            <w:r/>
            <w:r>
              <w:t>[same day, late]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</w:tr>
      <w:tr>
        <w:tc>
          <w:tcPr>
            <w:tcW w:type="dxa" w:w="1728"/>
          </w:tcPr>
          <w:p>
            <w:r/>
            <w:r>
              <w:t>Press or partner announcement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</w:tr>
      <w:tr>
        <w:tc>
          <w:tcPr>
            <w:tcW w:type="dxa" w:w="1728"/>
          </w:tcPr>
          <w:p>
            <w:r/>
            <w:r>
              <w:t>Social during the event</w:t>
            </w:r>
          </w:p>
        </w:tc>
        <w:tc>
          <w:tcPr>
            <w:tcW w:type="dxa" w:w="1728"/>
          </w:tcPr>
          <w:p>
            <w:r/>
            <w:r>
              <w:t>Public</w:t>
            </w:r>
          </w:p>
        </w:tc>
        <w:tc>
          <w:tcPr>
            <w:tcW w:type="dxa" w:w="1728"/>
          </w:tcPr>
          <w:p>
            <w:r/>
            <w:r>
              <w:t>[event day]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  <w:tc>
          <w:tcPr>
            <w:tcW w:type="dxa" w:w="1728"/>
          </w:tcPr>
          <w:p>
            <w:r/>
            <w:r>
              <w:t>[ ]</w:t>
            </w:r>
          </w:p>
        </w:tc>
      </w:tr>
    </w:tbl>
    <w:p/>
    <w:p>
      <w:r>
        <w:t>Paste the full text of every guest message into an appendix, so everyone on the team has seen what the guests have seen.</w:t>
      </w:r>
    </w:p>
    <w:p>
      <w:pPr>
        <w:pStyle w:val="Heading2"/>
      </w:pPr>
      <w:r>
        <w:t>10. Handoff pack</w:t>
      </w:r>
    </w:p>
    <w:p>
      <w:r>
        <w:t>What the on-site lead needs to set and run the room without calling you. Use the handoff pack list.</w:t>
      </w:r>
    </w:p>
    <w:p>
      <w:pPr>
        <w:pStyle w:val="ListBullet"/>
      </w:pPr>
      <w:r>
        <w:t>What is in each box, and where each item goes</w:t>
      </w:r>
    </w:p>
    <w:p>
      <w:pPr>
        <w:pStyle w:val="ListBullet"/>
      </w:pPr>
      <w:r>
        <w:t>What to switch on, and by what time</w:t>
      </w:r>
    </w:p>
    <w:p>
      <w:pPr>
        <w:pStyle w:val="ListBullet"/>
      </w:pPr>
      <w:r>
        <w:t>What the venue is placing, and where</w:t>
      </w:r>
    </w:p>
    <w:p>
      <w:pPr>
        <w:pStyle w:val="ListBullet"/>
      </w:pPr>
      <w:r>
        <w:t>Who to remind of what, and when</w:t>
      </w:r>
    </w:p>
    <w:p>
      <w:pPr>
        <w:pStyle w:val="ListBullet"/>
      </w:pPr>
      <w:r>
        <w:t>Which photos to take</w:t>
      </w:r>
    </w:p>
    <w:p>
      <w:pPr>
        <w:pStyle w:val="ListBullet"/>
      </w:pPr>
      <w:r>
        <w:t>Shipping: carrier, expected arrival, addressed to whom. Tracking numbers go to the on-site lead directly, not in this brief.</w:t>
      </w:r>
    </w:p>
    <w:p>
      <w:pPr>
        <w:pStyle w:val="ListBullet"/>
      </w:pPr>
      <w:r>
        <w:t>Who is on call, and how to reach them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EventsAuthority</dc:creator>
  <cp:keywords/>
  <dc:description/>
  <cp:lastModifiedBy>EventsAuthority</cp:lastModifiedBy>
  <cp:revision>1</cp:revision>
  <dcterms:created xsi:type="dcterms:W3CDTF">2013-12-23T23:15:00Z</dcterms:created>
  <dcterms:modified xsi:type="dcterms:W3CDTF">2013-12-23T23:15:00Z</dcterms:modified>
  <cp:category/>
</cp:coreProperties>
</file>