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Outstanding items checklist</w:t>
      </w:r>
    </w:p>
    <w:p>
      <w:r/>
      <w:r>
        <w:rPr>
          <w:b/>
        </w:rPr>
        <w:t>[Event name]</w:t>
      </w:r>
      <w:r>
        <w:t xml:space="preserve">  |  Issued: [date]  |  Days to event: [3]</w:t>
      </w:r>
    </w:p>
    <w:p>
      <w:r>
        <w:t xml:space="preserve">Everything on this page still needs </w:t>
      </w:r>
      <w:r>
        <w:rPr>
          <w:b/>
        </w:rPr>
        <w:t>a commitment, an owner, or a confirmation.</w:t>
      </w:r>
      <w:r>
        <w:t xml:space="preserve"> If it has all three, it does not belong here. Issue it three days out. Reissue it daily until it is empty.</w:t>
      </w:r>
    </w:p>
    <w:p>
      <w:r>
        <w:t>How to use it: one line per item. Say which of the three it is missing. Put one name on it. Put a time on it, not just a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Item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Missing: commitment, owner or confirmation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One name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By when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Done</w:t>
            </w:r>
          </w:p>
        </w:tc>
      </w:tr>
      <w:tr>
        <w:tc>
          <w:tcPr>
            <w:tcW w:type="dxa" w:w="1440"/>
          </w:tcPr>
          <w:p>
            <w:r/>
            <w:r>
              <w:t>1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</w:tr>
      <w:tr>
        <w:tc>
          <w:tcPr>
            <w:tcW w:type="dxa" w:w="1440"/>
          </w:tcPr>
          <w:p>
            <w:r/>
            <w:r>
              <w:t>2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</w:tr>
      <w:tr>
        <w:tc>
          <w:tcPr>
            <w:tcW w:type="dxa" w:w="1440"/>
          </w:tcPr>
          <w:p>
            <w:r/>
            <w:r>
              <w:t>3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  <w:tc>
          <w:tcPr>
            <w:tcW w:type="dxa" w:w="1440"/>
          </w:tcPr>
          <w:p>
            <w:r/>
            <w:r>
              <w:t>[ ]</w:t>
            </w:r>
          </w:p>
        </w:tc>
      </w:tr>
    </w:tbl>
    <w:p/>
    <w:p>
      <w:pPr>
        <w:pStyle w:val="Heading2"/>
      </w:pPr>
      <w:r>
        <w:t>Prompts: the things that are usually still open three days out</w:t>
      </w:r>
    </w:p>
    <w:p>
      <w:r>
        <w:t xml:space="preserve">All </w:t>
      </w:r>
      <w:r>
        <w:rPr>
          <w:b/>
        </w:rPr>
        <w:t>Sample</w:t>
      </w:r>
      <w:r>
        <w:t xml:space="preserve"> lines. Delete what does not apply.</w:t>
      </w:r>
    </w:p>
    <w:p>
      <w:pPr>
        <w:pStyle w:val="Heading3"/>
      </w:pPr>
      <w:r>
        <w:t>Guests</w:t>
      </w:r>
    </w:p>
    <w:p>
      <w:r>
        <w:t>☐  Final registration push to anyone invited who has not answered</w:t>
      </w:r>
    </w:p>
    <w:p>
      <w:r>
        <w:t>☐  Guest profiles finished, with how long each guest has worked with you</w:t>
      </w:r>
    </w:p>
    <w:p>
      <w:r>
        <w:t>☐  Place cards and table assignments final</w:t>
      </w:r>
    </w:p>
    <w:p>
      <w:r>
        <w:t>☐  Guest emails written and scheduled: one week, day before, thank-you</w:t>
      </w:r>
    </w:p>
    <w:p>
      <w:pPr>
        <w:pStyle w:val="Heading3"/>
      </w:pPr>
      <w:r>
        <w:t>Program</w:t>
      </w:r>
    </w:p>
    <w:p>
      <w:r>
        <w:t>☐  One presentation deck, not one per speaker</w:t>
      </w:r>
    </w:p>
    <w:p>
      <w:r>
        <w:t>☐  Printed agenda for each seat</w:t>
      </w:r>
    </w:p>
    <w:p>
      <w:r>
        <w:t>☐  Small-group questions written for the table conversations</w:t>
      </w:r>
    </w:p>
    <w:p>
      <w:r>
        <w:t>☐  Music and sound cues chosen and tested</w:t>
      </w:r>
    </w:p>
    <w:p>
      <w:pPr>
        <w:pStyle w:val="Heading3"/>
      </w:pPr>
      <w:r>
        <w:t>Room and look</w:t>
      </w:r>
    </w:p>
    <w:p>
      <w:r>
        <w:t>☐  Signage for check-in, the tech table and the capture station</w:t>
      </w:r>
    </w:p>
    <w:p>
      <w:r>
        <w:t>☐  Lighting</w:t>
      </w:r>
    </w:p>
    <w:p>
      <w:r>
        <w:t>☐  Team look: what everyone is wearing</w:t>
      </w:r>
    </w:p>
    <w:p>
      <w:r>
        <w:t>☐  Branded materials for the break activity</w:t>
      </w:r>
    </w:p>
    <w:p>
      <w:r>
        <w:t>☐  Food and drink that carries the theme</w:t>
      </w:r>
    </w:p>
    <w:p>
      <w:r>
        <w:t>☐  Welcome kit items counted against the guest list, plus spares</w:t>
      </w:r>
    </w:p>
    <w:p>
      <w:r>
        <w:t>☐  Prizes bought and on site</w:t>
      </w:r>
    </w:p>
    <w:p>
      <w:pPr>
        <w:pStyle w:val="Heading3"/>
      </w:pPr>
      <w:r>
        <w:t>Proof and press</w:t>
      </w:r>
    </w:p>
    <w:p>
      <w:r>
        <w:t>☐  Media and podcast invitation list, and the invitation script</w:t>
      </w:r>
    </w:p>
    <w:p>
      <w:r>
        <w:t>☐  Media kit</w:t>
      </w:r>
    </w:p>
    <w:p>
      <w:r>
        <w:t>☐  Plan for sound bites and b-roll: who, where, when</w:t>
      </w:r>
    </w:p>
    <w:p>
      <w:r>
        <w:t>☐  Product flyer, printed and digital</w:t>
      </w:r>
    </w:p>
    <w:p>
      <w:pPr>
        <w:pStyle w:val="Heading3"/>
      </w:pPr>
      <w:r>
        <w:t>Communications</w:t>
      </w:r>
    </w:p>
    <w:p>
      <w:r>
        <w:t>☐  Plan for communication during the event: who posts what, where</w:t>
      </w:r>
    </w:p>
    <w:p>
      <w:r>
        <w:t>☐  Post-event communication plan</w:t>
      </w:r>
    </w:p>
    <w:p>
      <w:r>
        <w:t>☐  Social push scheduled</w:t>
      </w:r>
    </w:p>
    <w:p>
      <w:pPr>
        <w:pStyle w:val="Heading3"/>
      </w:pPr>
      <w:r>
        <w:t>After</w:t>
      </w:r>
    </w:p>
    <w:p>
      <w:r>
        <w:t>☐  Debrief on the calendar, with the people who need to be there</w:t>
      </w:r>
    </w:p>
    <w:p>
      <w:r>
        <w:t>☐  Onboarding or implementation guide ready for guests who want to start</w:t>
      </w:r>
    </w:p>
    <w:p>
      <w:r>
        <w:t>☐  Shipping and tracking details sent to the on-site lead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EventsAuthority</dc:creator>
  <cp:keywords/>
  <dc:description/>
  <cp:lastModifiedBy>EventsAuthority</cp:lastModifiedBy>
  <cp:revision>1</cp:revision>
  <dcterms:created xsi:type="dcterms:W3CDTF">2013-12-23T23:15:00Z</dcterms:created>
  <dcterms:modified xsi:type="dcterms:W3CDTF">2013-12-23T23:15:00Z</dcterms:modified>
  <cp:category/>
</cp:coreProperties>
</file>